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CBC8" w14:textId="18BADD1C" w:rsidR="003C6B81" w:rsidRPr="009F1FF4" w:rsidRDefault="003C6B81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69386A0B" w14:textId="77777777">
        <w:tc>
          <w:tcPr>
            <w:tcW w:w="10312" w:type="dxa"/>
            <w:shd w:val="clear" w:color="auto" w:fill="777777"/>
          </w:tcPr>
          <w:p w14:paraId="2624B4CA" w14:textId="77777777" w:rsidR="003C6B81" w:rsidRPr="009F1FF4" w:rsidRDefault="00000000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9F1FF4">
              <w:rPr>
                <w:rFonts w:ascii="Times New Roman" w:hAnsi="Times New Roman" w:cs="Times New Roman"/>
                <w:b/>
                <w:color w:val="FFFFFF"/>
                <w:sz w:val="22"/>
                <w:lang w:val="es-ES"/>
              </w:rPr>
              <w:t>RECLAMACIÓN AL CENSO ELECTORAL PROVISIONAL</w:t>
            </w:r>
          </w:p>
        </w:tc>
      </w:tr>
    </w:tbl>
    <w:p w14:paraId="34491ED5" w14:textId="77777777" w:rsidR="003C6B81" w:rsidRPr="009F1FF4" w:rsidRDefault="0000000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sz w:val="24"/>
          <w:szCs w:val="24"/>
          <w:lang w:val="es-ES"/>
        </w:rPr>
        <w:t>ELECCIONES A LAS JUNTAS DE PERSONAL DOCENTE NO UNIVERSITARIO DEL PRINCIPADO DE ASTURIAS · 2026</w:t>
      </w:r>
    </w:p>
    <w:p w14:paraId="7430AE5D" w14:textId="731B90B0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sz w:val="24"/>
          <w:szCs w:val="24"/>
          <w:lang w:val="es-ES"/>
        </w:rPr>
        <w:t>Seleccione la unidad electoral a la que corresponde la reclamación:</w:t>
      </w:r>
    </w:p>
    <w:p w14:paraId="0A9E0F96" w14:textId="77777777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Educación Primaria       </w:t>
      </w: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Resto de Cuerpos Docentes</w:t>
      </w:r>
    </w:p>
    <w:p w14:paraId="6CC8B33F" w14:textId="77777777" w:rsidR="003C6B81" w:rsidRPr="009F1FF4" w:rsidRDefault="00000000">
      <w:pPr>
        <w:spacing w:before="120" w:after="80"/>
        <w:rPr>
          <w:rFonts w:ascii="Times New Roman" w:hAnsi="Times New Roman" w:cs="Times New Roman"/>
          <w:sz w:val="24"/>
          <w:szCs w:val="24"/>
        </w:rPr>
      </w:pPr>
      <w:r w:rsidRPr="009F1FF4">
        <w:rPr>
          <w:rFonts w:ascii="Times New Roman" w:hAnsi="Times New Roman" w:cs="Times New Roman"/>
          <w:b/>
          <w:color w:val="0C4469"/>
          <w:sz w:val="24"/>
          <w:szCs w:val="24"/>
        </w:rPr>
        <w:t>1. DATOS DE LA PERSONA RECLAMANTE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9F1FF4" w14:paraId="6A56F510" w14:textId="77777777">
        <w:tc>
          <w:tcPr>
            <w:tcW w:w="10312" w:type="dxa"/>
            <w:vAlign w:val="center"/>
          </w:tcPr>
          <w:p w14:paraId="08B7DD24" w14:textId="77777777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</w:rPr>
              <w:t>APELLIDOS Y NOMBRE:</w:t>
            </w:r>
          </w:p>
          <w:p w14:paraId="6A917C35" w14:textId="3C6BA579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250451AA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51EF802D" w14:textId="77777777">
        <w:tc>
          <w:tcPr>
            <w:tcW w:w="10312" w:type="dxa"/>
            <w:vAlign w:val="center"/>
          </w:tcPr>
          <w:p w14:paraId="08839EB1" w14:textId="77777777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DNI / NIE:                                               CORREO ELECTRÓNICO INSTITUCIONAL:</w:t>
            </w:r>
          </w:p>
          <w:p w14:paraId="31BD9AFC" w14:textId="6E77E470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</w:tr>
    </w:tbl>
    <w:p w14:paraId="6C1514E3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4CF5C786" w14:textId="77777777">
        <w:tc>
          <w:tcPr>
            <w:tcW w:w="10312" w:type="dxa"/>
            <w:vAlign w:val="center"/>
          </w:tcPr>
          <w:p w14:paraId="18C7A1E6" w14:textId="3D9AC135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CENTRO (denominación y, si se conoce, código):</w:t>
            </w:r>
          </w:p>
          <w:p w14:paraId="7FCF40CC" w14:textId="10AB5AD0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</w:tr>
    </w:tbl>
    <w:p w14:paraId="0BF42B70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14:paraId="31330D4E" w14:textId="77777777" w:rsidR="003C6B81" w:rsidRPr="009F1FF4" w:rsidRDefault="00000000">
      <w:pPr>
        <w:spacing w:before="120"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color w:val="0C4469"/>
          <w:sz w:val="24"/>
          <w:szCs w:val="24"/>
          <w:lang w:val="es-ES"/>
        </w:rPr>
        <w:t>2. MOTIVO DE LA RECLAMACIÓN  (marque la opción que corresponda)</w:t>
      </w:r>
    </w:p>
    <w:p w14:paraId="0E9223DC" w14:textId="77777777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No figuro en el censo y considero que debo estar incluido/a.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br/>
      </w: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Figuro en el censo, pero considero que no debería estar incluido/a.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br/>
      </w: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Mis datos personales o profesionales contienen errores.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br/>
      </w: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gramStart"/>
      <w:r w:rsidRPr="009F1FF4">
        <w:rPr>
          <w:rFonts w:ascii="Times New Roman" w:hAnsi="Times New Roman" w:cs="Times New Roman"/>
          <w:sz w:val="24"/>
          <w:szCs w:val="24"/>
          <w:lang w:val="es-ES"/>
        </w:rPr>
        <w:t>unidad electoral o la mesa electoral</w:t>
      </w:r>
      <w:proofErr w:type="gramEnd"/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parcial asignada no es correcta.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br/>
      </w:r>
      <w:r w:rsidRPr="009F1FF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Otra incidencia relativa al censo (especificar a continuación).</w:t>
      </w:r>
    </w:p>
    <w:p w14:paraId="17765D15" w14:textId="77777777" w:rsidR="003C6B81" w:rsidRPr="009F1FF4" w:rsidRDefault="00000000">
      <w:pPr>
        <w:spacing w:before="120"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color w:val="0C4469"/>
          <w:sz w:val="24"/>
          <w:szCs w:val="24"/>
          <w:lang w:val="es-ES"/>
        </w:rPr>
        <w:t>3. HECHOS Y RECTIFICACIÓN SOLICITADA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7AFFBEB8" w14:textId="77777777">
        <w:tc>
          <w:tcPr>
            <w:tcW w:w="10312" w:type="dxa"/>
            <w:vAlign w:val="center"/>
          </w:tcPr>
          <w:p w14:paraId="175CA8CB" w14:textId="77777777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EXPLIQUE BREVEMENTE EL ERROR O INCIDENCIA DETECTADA:</w:t>
            </w: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  <w:p w14:paraId="77DC8A7B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4B35E6B" w14:textId="58C4256C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  <w:p w14:paraId="1D504116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2DD9DE9" w14:textId="103A07F7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</w:tr>
    </w:tbl>
    <w:p w14:paraId="40449932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393246F3" w14:textId="77777777">
        <w:tc>
          <w:tcPr>
            <w:tcW w:w="10312" w:type="dxa"/>
            <w:vAlign w:val="center"/>
          </w:tcPr>
          <w:p w14:paraId="13247521" w14:textId="77777777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INDIQUE CON PRECISIÓN QUÉ CORRECCIÓN SOLICITA:</w:t>
            </w: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  <w:p w14:paraId="4F31106F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9C64D1B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2B5F2D9" w14:textId="2850407A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</w:tr>
    </w:tbl>
    <w:p w14:paraId="58D8A321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14:paraId="09F71470" w14:textId="77777777" w:rsidR="003C6B81" w:rsidRPr="009F1FF4" w:rsidRDefault="00000000">
      <w:pPr>
        <w:spacing w:before="120" w:after="80"/>
        <w:rPr>
          <w:rFonts w:ascii="Times New Roman" w:hAnsi="Times New Roman" w:cs="Times New Roman"/>
          <w:sz w:val="24"/>
          <w:szCs w:val="24"/>
        </w:rPr>
      </w:pPr>
      <w:r w:rsidRPr="009F1FF4">
        <w:rPr>
          <w:rFonts w:ascii="Times New Roman" w:hAnsi="Times New Roman" w:cs="Times New Roman"/>
          <w:b/>
          <w:color w:val="0C4469"/>
          <w:sz w:val="24"/>
          <w:szCs w:val="24"/>
        </w:rPr>
        <w:lastRenderedPageBreak/>
        <w:t>4. DOCUMENTACIÓN APORTADA (si procede)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0312"/>
      </w:tblGrid>
      <w:tr w:rsidR="003C6B81" w:rsidRPr="00332B77" w14:paraId="00AB7DA3" w14:textId="77777777">
        <w:tc>
          <w:tcPr>
            <w:tcW w:w="10312" w:type="dxa"/>
            <w:vAlign w:val="center"/>
          </w:tcPr>
          <w:p w14:paraId="017A02ED" w14:textId="77777777" w:rsid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Relación de documentos justificativos que se adjuntan:</w:t>
            </w:r>
          </w:p>
          <w:p w14:paraId="5E3044E9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6826982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7D9704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B3A0CDD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D0FA0C8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CB5210A" w14:textId="77777777" w:rsidR="009F1FF4" w:rsidRDefault="009F1FF4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6D7D24B" w14:textId="4B97E190" w:rsidR="003C6B81" w:rsidRPr="009F1FF4" w:rsidRDefault="00000000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F1FF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br/>
            </w:r>
          </w:p>
        </w:tc>
      </w:tr>
    </w:tbl>
    <w:p w14:paraId="4DFF8964" w14:textId="77777777" w:rsidR="003C6B81" w:rsidRPr="009F1FF4" w:rsidRDefault="003C6B8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14:paraId="5F469D7D" w14:textId="77777777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sz w:val="24"/>
          <w:szCs w:val="24"/>
          <w:lang w:val="es-ES"/>
        </w:rPr>
        <w:t>SOLICITO que la Mesa Electoral Coordinadora competente examine esta reclamación y acuerde, en su caso, la rectificación del censo electoral provisional en los términos indicados.</w:t>
      </w:r>
    </w:p>
    <w:p w14:paraId="6EE66241" w14:textId="77777777" w:rsidR="009F1FF4" w:rsidRDefault="009F1FF4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</w:p>
    <w:p w14:paraId="162D678B" w14:textId="77777777" w:rsid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En ____________________________________, a ______ </w:t>
      </w:r>
      <w:proofErr w:type="spellStart"/>
      <w:r w:rsidRPr="009F1FF4">
        <w:rPr>
          <w:rFonts w:ascii="Times New Roman" w:hAnsi="Times New Roman" w:cs="Times New Roman"/>
          <w:sz w:val="24"/>
          <w:szCs w:val="24"/>
          <w:lang w:val="es-ES"/>
        </w:rPr>
        <w:t>de</w:t>
      </w:r>
      <w:proofErr w:type="spellEnd"/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_____________________ </w:t>
      </w:r>
      <w:proofErr w:type="spellStart"/>
      <w:r w:rsidRPr="009F1FF4">
        <w:rPr>
          <w:rFonts w:ascii="Times New Roman" w:hAnsi="Times New Roman" w:cs="Times New Roman"/>
          <w:sz w:val="24"/>
          <w:szCs w:val="24"/>
          <w:lang w:val="es-ES"/>
        </w:rPr>
        <w:t>de</w:t>
      </w:r>
      <w:proofErr w:type="spellEnd"/>
      <w:r w:rsidRPr="009F1FF4">
        <w:rPr>
          <w:rFonts w:ascii="Times New Roman" w:hAnsi="Times New Roman" w:cs="Times New Roman"/>
          <w:sz w:val="24"/>
          <w:szCs w:val="24"/>
          <w:lang w:val="es-ES"/>
        </w:rPr>
        <w:t xml:space="preserve"> 2026.           </w:t>
      </w:r>
    </w:p>
    <w:p w14:paraId="38C4A480" w14:textId="77777777" w:rsidR="009F1FF4" w:rsidRDefault="009F1FF4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</w:p>
    <w:p w14:paraId="5062FE6D" w14:textId="77777777" w:rsidR="009F1FF4" w:rsidRDefault="009F1FF4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</w:p>
    <w:p w14:paraId="00330CE1" w14:textId="77777777" w:rsidR="009F1FF4" w:rsidRDefault="009F1FF4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</w:p>
    <w:p w14:paraId="3314B9C0" w14:textId="00C77DD5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sz w:val="24"/>
          <w:szCs w:val="24"/>
          <w:lang w:val="es-ES"/>
        </w:rPr>
        <w:t>Firma: ______________________</w:t>
      </w:r>
    </w:p>
    <w:p w14:paraId="2A852900" w14:textId="77777777" w:rsidR="009F1FF4" w:rsidRDefault="009F1FF4">
      <w:pPr>
        <w:spacing w:before="120" w:after="80"/>
        <w:rPr>
          <w:rFonts w:ascii="Times New Roman" w:hAnsi="Times New Roman" w:cs="Times New Roman"/>
          <w:b/>
          <w:color w:val="0C4469"/>
          <w:sz w:val="24"/>
          <w:szCs w:val="24"/>
          <w:lang w:val="es-ES"/>
        </w:rPr>
      </w:pPr>
    </w:p>
    <w:p w14:paraId="3D26BF76" w14:textId="4181C591" w:rsidR="003C6B81" w:rsidRPr="009F1FF4" w:rsidRDefault="00000000">
      <w:pPr>
        <w:spacing w:before="120"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color w:val="0C4469"/>
          <w:sz w:val="24"/>
          <w:szCs w:val="24"/>
          <w:lang w:val="es-ES"/>
        </w:rPr>
        <w:t>INSTRUCCIONES PARA SU PRESENTACIÓN</w:t>
      </w:r>
    </w:p>
    <w:p w14:paraId="128BDB00" w14:textId="77777777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sz w:val="24"/>
          <w:szCs w:val="24"/>
          <w:lang w:val="es-ES"/>
        </w:rPr>
        <w:t>Plazo de reclamaciones: hasta el 27 de octubre de 2026, conforme al calendario electoral. Envíe este modelo desde su cuenta de correo institucional a la dirección correspondiente a su unidad electoral:</w:t>
      </w:r>
    </w:p>
    <w:p w14:paraId="3FEFFF53" w14:textId="73AA853F" w:rsidR="009F1FF4" w:rsidRDefault="00000000">
      <w:pPr>
        <w:spacing w:after="80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sz w:val="24"/>
          <w:szCs w:val="24"/>
          <w:lang w:val="es-ES"/>
        </w:rPr>
        <w:t xml:space="preserve">EDUCACIÓN PRIMARIA: </w:t>
      </w:r>
      <w:hyperlink r:id="rId8" w:history="1">
        <w:r w:rsidR="009F1FF4" w:rsidRPr="002155CA">
          <w:rPr>
            <w:rStyle w:val="Hipervnculo"/>
            <w:rFonts w:ascii="Times New Roman" w:hAnsi="Times New Roman" w:cs="Times New Roman"/>
            <w:b/>
            <w:sz w:val="24"/>
            <w:szCs w:val="24"/>
            <w:lang w:val="es-ES"/>
          </w:rPr>
          <w:t>mesaeleccionesprimaria@educastur.org</w:t>
        </w:r>
      </w:hyperlink>
    </w:p>
    <w:p w14:paraId="1A5D4D45" w14:textId="317255E4" w:rsidR="003C6B81" w:rsidRDefault="00000000">
      <w:pPr>
        <w:spacing w:after="80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b/>
          <w:sz w:val="24"/>
          <w:szCs w:val="24"/>
          <w:lang w:val="es-ES"/>
        </w:rPr>
        <w:t xml:space="preserve">RESTO DE CUERPOS DOCENTES: </w:t>
      </w:r>
      <w:hyperlink r:id="rId9" w:history="1">
        <w:r w:rsidR="009F1FF4" w:rsidRPr="002155CA">
          <w:rPr>
            <w:rStyle w:val="Hipervnculo"/>
            <w:rFonts w:ascii="Times New Roman" w:hAnsi="Times New Roman" w:cs="Times New Roman"/>
            <w:b/>
            <w:sz w:val="24"/>
            <w:szCs w:val="24"/>
            <w:lang w:val="es-ES"/>
          </w:rPr>
          <w:t>mesaeleccionesresto@educastur.org</w:t>
        </w:r>
      </w:hyperlink>
    </w:p>
    <w:p w14:paraId="086A015F" w14:textId="77777777" w:rsidR="003C6B81" w:rsidRPr="009F1FF4" w:rsidRDefault="00000000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9F1FF4">
        <w:rPr>
          <w:rFonts w:ascii="Times New Roman" w:hAnsi="Times New Roman" w:cs="Times New Roman"/>
          <w:sz w:val="24"/>
          <w:szCs w:val="24"/>
          <w:lang w:val="es-ES"/>
        </w:rPr>
        <w:t>Identifique el error y la modificación que solicita. Adjunte documentación acreditativa cuando resulte necesaria. Las reclamaciones serán examinadas por la Mesa Electoral Coordinadora de la unidad correspondiente.</w:t>
      </w:r>
    </w:p>
    <w:sectPr w:rsidR="003C6B81" w:rsidRPr="009F1FF4" w:rsidSect="00034616">
      <w:headerReference w:type="default" r:id="rId10"/>
      <w:footerReference w:type="default" r:id="rId11"/>
      <w:pgSz w:w="12240" w:h="15840"/>
      <w:pgMar w:top="709" w:right="964" w:bottom="652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FCDAE" w14:textId="77777777" w:rsidR="0063727E" w:rsidRDefault="0063727E">
      <w:pPr>
        <w:spacing w:after="0" w:line="240" w:lineRule="auto"/>
      </w:pPr>
      <w:r>
        <w:separator/>
      </w:r>
    </w:p>
  </w:endnote>
  <w:endnote w:type="continuationSeparator" w:id="0">
    <w:p w14:paraId="10E56AB6" w14:textId="77777777" w:rsidR="0063727E" w:rsidRDefault="0063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0F76" w14:textId="77777777" w:rsidR="003C6B81" w:rsidRPr="009F1FF4" w:rsidRDefault="00000000">
    <w:pPr>
      <w:pStyle w:val="Piedepgina"/>
      <w:jc w:val="center"/>
      <w:rPr>
        <w:lang w:val="es-ES"/>
      </w:rPr>
    </w:pPr>
    <w:r w:rsidRPr="009F1FF4">
      <w:rPr>
        <w:sz w:val="14"/>
        <w:lang w:val="es-ES"/>
      </w:rPr>
      <w:t>Mesa Electoral Coordinadora · Consejería de Educación · Plaza de España, 5 · 33007 Oviedo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03412" w14:textId="77777777" w:rsidR="0063727E" w:rsidRDefault="0063727E">
      <w:pPr>
        <w:spacing w:after="0" w:line="240" w:lineRule="auto"/>
      </w:pPr>
      <w:r>
        <w:separator/>
      </w:r>
    </w:p>
  </w:footnote>
  <w:footnote w:type="continuationSeparator" w:id="0">
    <w:p w14:paraId="0BB64D21" w14:textId="77777777" w:rsidR="0063727E" w:rsidRDefault="00637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35CC" w14:textId="12CD6DBC" w:rsidR="009F1FF4" w:rsidRDefault="009F1FF4">
    <w:pPr>
      <w:pStyle w:val="Encabezado"/>
    </w:pPr>
    <w:r w:rsidRPr="009F1FF4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6DF77938" wp14:editId="759C70C8">
          <wp:simplePos x="0" y="0"/>
          <wp:positionH relativeFrom="column">
            <wp:posOffset>1978660</wp:posOffset>
          </wp:positionH>
          <wp:positionV relativeFrom="paragraph">
            <wp:posOffset>-419100</wp:posOffset>
          </wp:positionV>
          <wp:extent cx="2592000" cy="513730"/>
          <wp:effectExtent l="0" t="0" r="0" b="635"/>
          <wp:wrapTight wrapText="bothSides">
            <wp:wrapPolygon edited="0">
              <wp:start x="0" y="0"/>
              <wp:lineTo x="0" y="20826"/>
              <wp:lineTo x="21436" y="20826"/>
              <wp:lineTo x="2143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513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3239566">
    <w:abstractNumId w:val="8"/>
  </w:num>
  <w:num w:numId="2" w16cid:durableId="20204024">
    <w:abstractNumId w:val="6"/>
  </w:num>
  <w:num w:numId="3" w16cid:durableId="1077896205">
    <w:abstractNumId w:val="5"/>
  </w:num>
  <w:num w:numId="4" w16cid:durableId="1963074287">
    <w:abstractNumId w:val="4"/>
  </w:num>
  <w:num w:numId="5" w16cid:durableId="1147429978">
    <w:abstractNumId w:val="7"/>
  </w:num>
  <w:num w:numId="6" w16cid:durableId="789324208">
    <w:abstractNumId w:val="3"/>
  </w:num>
  <w:num w:numId="7" w16cid:durableId="492797027">
    <w:abstractNumId w:val="2"/>
  </w:num>
  <w:num w:numId="8" w16cid:durableId="1570965144">
    <w:abstractNumId w:val="1"/>
  </w:num>
  <w:num w:numId="9" w16cid:durableId="117160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B77"/>
    <w:rsid w:val="003C6B81"/>
    <w:rsid w:val="0048726B"/>
    <w:rsid w:val="004C74E9"/>
    <w:rsid w:val="0063727E"/>
    <w:rsid w:val="00713BF2"/>
    <w:rsid w:val="009F1F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CB9C73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9F1FF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1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aeleccionesprimaria@educastur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saeleccionesresto@educastu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1788</Characters>
  <Application>Microsoft Office Word</Application>
  <DocSecurity>0</DocSecurity>
  <Lines>14</Lines>
  <Paragraphs>4</Paragraphs>
  <ScaleCrop>false</ScaleCrop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2026-10-23T09:08:00Z</dcterms:created>
  <dcterms:modified xsi:type="dcterms:W3CDTF">2026-10-23T09:08:00Z</dcterms:modified>
  <cp:category/>
</cp:coreProperties>
</file>